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DE64D" w14:textId="77777777" w:rsidR="009145F6" w:rsidRPr="00415966" w:rsidRDefault="00000000">
      <w:pPr>
        <w:jc w:val="center"/>
      </w:pPr>
      <w:r w:rsidRPr="00415966">
        <w:rPr>
          <w:b/>
          <w:sz w:val="28"/>
        </w:rPr>
        <w:t>TERMO DE ACEITE E CONCORDÂNCIA</w:t>
      </w:r>
    </w:p>
    <w:p w14:paraId="6F98F1CF" w14:textId="109BC59E" w:rsidR="009145F6" w:rsidRPr="00415966" w:rsidRDefault="00000000">
      <w:pPr>
        <w:jc w:val="center"/>
        <w:rPr>
          <w:b/>
          <w:sz w:val="22"/>
        </w:rPr>
      </w:pPr>
      <w:r w:rsidRPr="00415966">
        <w:rPr>
          <w:b/>
          <w:sz w:val="22"/>
        </w:rPr>
        <w:t>NOVA AÇÃO COLETIVA – ADICIONAL DE INSALUBRIDADE</w:t>
      </w:r>
      <w:r w:rsidR="00A801FC" w:rsidRPr="00415966">
        <w:rPr>
          <w:b/>
          <w:sz w:val="22"/>
        </w:rPr>
        <w:t xml:space="preserve"> – APCEF/GO</w:t>
      </w:r>
    </w:p>
    <w:p w14:paraId="6E06A32E" w14:textId="77777777" w:rsidR="00A801FC" w:rsidRPr="00415966" w:rsidRDefault="00A801FC">
      <w:pPr>
        <w:jc w:val="center"/>
      </w:pPr>
    </w:p>
    <w:p w14:paraId="2F04232D" w14:textId="77777777" w:rsidR="00A801FC" w:rsidRPr="00415966" w:rsidRDefault="00000000" w:rsidP="00A801FC">
      <w:pPr>
        <w:spacing w:after="0"/>
        <w:jc w:val="both"/>
      </w:pPr>
      <w:r w:rsidRPr="00415966">
        <w:t>Eu, __________________________________________________</w:t>
      </w:r>
      <w:r w:rsidR="00A801FC" w:rsidRPr="00415966">
        <w:t>____________________________</w:t>
      </w:r>
      <w:r w:rsidRPr="00415966">
        <w:t>____,</w:t>
      </w:r>
    </w:p>
    <w:p w14:paraId="02D641FD" w14:textId="1525A8AA" w:rsidR="00A801FC" w:rsidRPr="00415966" w:rsidRDefault="00A801FC" w:rsidP="00A801FC">
      <w:pPr>
        <w:spacing w:after="0"/>
        <w:jc w:val="both"/>
      </w:pPr>
      <w:r w:rsidRPr="00415966">
        <w:t xml:space="preserve">CPF nº____________________, matrícula nº _______________, </w:t>
      </w:r>
      <w:r w:rsidR="00415966">
        <w:t>situação funcional: _________________,</w:t>
      </w:r>
    </w:p>
    <w:p w14:paraId="59818A3C" w14:textId="70AE41E0" w:rsidR="009145F6" w:rsidRPr="00415966" w:rsidRDefault="00000000" w:rsidP="00A801FC">
      <w:pPr>
        <w:spacing w:after="0"/>
        <w:jc w:val="both"/>
      </w:pPr>
      <w:r w:rsidRPr="00415966">
        <w:t xml:space="preserve">telefone ________________________, e-mail ________________________________________________, lotação atual/última lotação ________________________________________________________, função/cargo exercido ________________________________________________________, declaro, para os devidos fins, meu </w:t>
      </w:r>
      <w:r w:rsidRPr="00415966">
        <w:rPr>
          <w:b/>
          <w:bCs/>
        </w:rPr>
        <w:t>ACEITE E CONCORDÂNCIA</w:t>
      </w:r>
      <w:r w:rsidRPr="00415966">
        <w:t xml:space="preserve"> em integrar a nova Ação Coletiva de Adicional de Insalubridade, a ser ajuizada pela APCEF/GO em face da Caixa Econômica Federal, conforme deliberação da Assembleia Geral Extraordinária realizada em 11 de agosto de 2026.</w:t>
      </w:r>
    </w:p>
    <w:p w14:paraId="59A0F956" w14:textId="77777777" w:rsidR="009145F6" w:rsidRPr="00415966" w:rsidRDefault="00000000" w:rsidP="00A801FC">
      <w:pPr>
        <w:spacing w:after="160"/>
        <w:jc w:val="both"/>
      </w:pPr>
      <w:r w:rsidRPr="00415966">
        <w:t>Declaro estar ciente de que a ação tem por objeto o reconhecimento e pagamento do adicional de insalubridade e respectivos reflexos trabalhistas, relativamente às atividades e funções abrangidas pela demanda.</w:t>
      </w:r>
    </w:p>
    <w:p w14:paraId="318132F9" w14:textId="68F74967" w:rsidR="009145F6" w:rsidRPr="00415966" w:rsidRDefault="00000000" w:rsidP="00A801FC">
      <w:pPr>
        <w:spacing w:after="160"/>
        <w:jc w:val="both"/>
      </w:pPr>
      <w:r w:rsidRPr="00415966">
        <w:t xml:space="preserve">Por meio deste termo, manifesto expressamente meu interesse em integrar o grupo de substituídos/beneficiários da </w:t>
      </w:r>
      <w:r w:rsidRPr="00415966">
        <w:rPr>
          <w:b/>
          <w:bCs/>
        </w:rPr>
        <w:t>nova ação coletiva</w:t>
      </w:r>
      <w:r w:rsidRPr="00415966">
        <w:t xml:space="preserve">, autorizando a APCEF/GO a encaminhar ao </w:t>
      </w:r>
      <w:r w:rsidR="00415966" w:rsidRPr="00415966">
        <w:rPr>
          <w:b/>
          <w:bCs/>
        </w:rPr>
        <w:t>E</w:t>
      </w:r>
      <w:r w:rsidRPr="00415966">
        <w:rPr>
          <w:b/>
          <w:bCs/>
        </w:rPr>
        <w:t xml:space="preserve">scritório de </w:t>
      </w:r>
      <w:proofErr w:type="spellStart"/>
      <w:r w:rsidR="00415966" w:rsidRPr="00415966">
        <w:rPr>
          <w:b/>
          <w:bCs/>
        </w:rPr>
        <w:t>Herondino</w:t>
      </w:r>
      <w:proofErr w:type="spellEnd"/>
      <w:r w:rsidR="00415966" w:rsidRPr="00415966">
        <w:rPr>
          <w:b/>
          <w:bCs/>
        </w:rPr>
        <w:t xml:space="preserve"> Advogados e Associados</w:t>
      </w:r>
      <w:r w:rsidR="00415966" w:rsidRPr="00415966">
        <w:t xml:space="preserve">, </w:t>
      </w:r>
      <w:r w:rsidRPr="00415966">
        <w:t xml:space="preserve">responsável </w:t>
      </w:r>
      <w:r w:rsidR="00415966" w:rsidRPr="00415966">
        <w:t xml:space="preserve">pela condução jurídica da demanda, </w:t>
      </w:r>
      <w:r w:rsidRPr="00415966">
        <w:t>as informações</w:t>
      </w:r>
      <w:r w:rsidR="00415966" w:rsidRPr="00415966">
        <w:t>, da</w:t>
      </w:r>
      <w:r w:rsidR="00415966">
        <w:t>d</w:t>
      </w:r>
      <w:r w:rsidR="00415966" w:rsidRPr="00415966">
        <w:t xml:space="preserve">os </w:t>
      </w:r>
      <w:proofErr w:type="gramStart"/>
      <w:r w:rsidR="00415966" w:rsidRPr="00415966">
        <w:t xml:space="preserve">e </w:t>
      </w:r>
      <w:r w:rsidRPr="00415966">
        <w:t xml:space="preserve"> documentos</w:t>
      </w:r>
      <w:proofErr w:type="gramEnd"/>
      <w:r w:rsidRPr="00415966">
        <w:t xml:space="preserve"> necessários à análise da minha inclusão e à condução da demanda.</w:t>
      </w:r>
    </w:p>
    <w:p w14:paraId="448D544C" w14:textId="77777777" w:rsidR="009145F6" w:rsidRPr="00415966" w:rsidRDefault="00000000" w:rsidP="00A801FC">
      <w:pPr>
        <w:spacing w:after="160"/>
        <w:jc w:val="both"/>
      </w:pPr>
      <w:r w:rsidRPr="00415966">
        <w:t>Declaro estar ciente de que:</w:t>
      </w:r>
    </w:p>
    <w:p w14:paraId="7CE7B947" w14:textId="77777777" w:rsidR="009145F6" w:rsidRPr="00415966" w:rsidRDefault="00000000" w:rsidP="00A801FC">
      <w:pPr>
        <w:pStyle w:val="Commarcadores"/>
        <w:spacing w:after="100" w:line="264" w:lineRule="auto"/>
        <w:jc w:val="both"/>
      </w:pPr>
      <w:r w:rsidRPr="00415966">
        <w:t>a) a assinatura deste termo não representa garantia de inclusão automática, cabendo a análise do enquadramento jurídico e dos critérios estabelecidos para a ação;</w:t>
      </w:r>
    </w:p>
    <w:p w14:paraId="60BBD88B" w14:textId="77777777" w:rsidR="009145F6" w:rsidRPr="00415966" w:rsidRDefault="00000000" w:rsidP="00A801FC">
      <w:pPr>
        <w:pStyle w:val="Commarcadores"/>
        <w:spacing w:after="100" w:line="264" w:lineRule="auto"/>
        <w:jc w:val="both"/>
      </w:pPr>
      <w:r w:rsidRPr="00415966">
        <w:t>b) a assinatura deste termo não representa promessa ou garantia de resultado favorável na demanda judicial;</w:t>
      </w:r>
    </w:p>
    <w:p w14:paraId="216F4129" w14:textId="77777777" w:rsidR="009145F6" w:rsidRPr="00415966" w:rsidRDefault="00000000" w:rsidP="00A801FC">
      <w:pPr>
        <w:pStyle w:val="Commarcadores"/>
        <w:spacing w:after="100" w:line="264" w:lineRule="auto"/>
        <w:jc w:val="both"/>
      </w:pPr>
      <w:r w:rsidRPr="00415966">
        <w:t>c) a nova ação coletiva ainda não possui número de processo, que será informado posteriormente, após o respectivo ajuizamento e distribuição;</w:t>
      </w:r>
    </w:p>
    <w:p w14:paraId="4423949E" w14:textId="77777777" w:rsidR="009145F6" w:rsidRPr="00415966" w:rsidRDefault="00000000" w:rsidP="00A801FC">
      <w:pPr>
        <w:pStyle w:val="Commarcadores"/>
        <w:spacing w:after="100" w:line="264" w:lineRule="auto"/>
        <w:jc w:val="both"/>
      </w:pPr>
      <w:r w:rsidRPr="00415966">
        <w:t>d) deverei fornecer, quando solicitado, os documentos e informações necessários à instrução da demanda;</w:t>
      </w:r>
    </w:p>
    <w:p w14:paraId="24093942" w14:textId="77777777" w:rsidR="009145F6" w:rsidRPr="00415966" w:rsidRDefault="00000000" w:rsidP="00A801FC">
      <w:pPr>
        <w:pStyle w:val="Commarcadores"/>
        <w:spacing w:after="100" w:line="264" w:lineRule="auto"/>
        <w:jc w:val="both"/>
      </w:pPr>
      <w:r w:rsidRPr="00415966">
        <w:t>e) os dados pessoais e funcionais fornecidos poderão ser tratados pela APCEF/GO e pelo escritório jurídico responsável exclusivamente para as finalidades relacionadas à análise, formação, ajuizamento, acompanhamento e eventual execução da ação coletiva, observada a legislação aplicável.</w:t>
      </w:r>
    </w:p>
    <w:p w14:paraId="10E653E0" w14:textId="77777777" w:rsidR="009145F6" w:rsidRPr="00415966" w:rsidRDefault="00000000" w:rsidP="00A801FC">
      <w:pPr>
        <w:spacing w:after="160"/>
        <w:jc w:val="both"/>
      </w:pPr>
      <w:r w:rsidRPr="00415966">
        <w:t>Declaro, ainda, que as informações por mim prestadas são verdadeiras.</w:t>
      </w:r>
    </w:p>
    <w:p w14:paraId="6F2C6302" w14:textId="77777777" w:rsidR="009145F6" w:rsidRPr="00415966" w:rsidRDefault="00000000">
      <w:r w:rsidRPr="00415966">
        <w:br/>
        <w:t xml:space="preserve">Goiânia/GO, ______ de __________________________ </w:t>
      </w:r>
      <w:proofErr w:type="spellStart"/>
      <w:r w:rsidRPr="00415966">
        <w:t>de</w:t>
      </w:r>
      <w:proofErr w:type="spellEnd"/>
      <w:r w:rsidRPr="00415966">
        <w:t xml:space="preserve"> 2026.</w:t>
      </w:r>
    </w:p>
    <w:p w14:paraId="14DF2B21" w14:textId="77777777" w:rsidR="009145F6" w:rsidRPr="00415966" w:rsidRDefault="00000000">
      <w:pPr>
        <w:jc w:val="center"/>
      </w:pPr>
      <w:r w:rsidRPr="00415966">
        <w:br/>
      </w:r>
      <w:r w:rsidRPr="00415966">
        <w:br/>
        <w:t>________________________________________________________</w:t>
      </w:r>
      <w:r w:rsidRPr="00415966">
        <w:br/>
        <w:t>Assinatura do(a) associado(a)</w:t>
      </w:r>
    </w:p>
    <w:p w14:paraId="50865DF0" w14:textId="77777777" w:rsidR="009145F6" w:rsidRPr="00415966" w:rsidRDefault="00000000">
      <w:r w:rsidRPr="00415966">
        <w:t>Nome: __________________________________________________</w:t>
      </w:r>
    </w:p>
    <w:p w14:paraId="4DCEAEEE" w14:textId="77777777" w:rsidR="009145F6" w:rsidRPr="00415966" w:rsidRDefault="00000000">
      <w:r w:rsidRPr="00415966">
        <w:t>CPF: ____________________________________________________</w:t>
      </w:r>
    </w:p>
    <w:p w14:paraId="0D19CC23" w14:textId="77777777" w:rsidR="009145F6" w:rsidRPr="00415966" w:rsidRDefault="00000000">
      <w:r w:rsidRPr="00415966">
        <w:t>Matrícula CAIXA: ________________________________________</w:t>
      </w:r>
    </w:p>
    <w:sectPr w:rsidR="009145F6" w:rsidRPr="00415966" w:rsidSect="00A801FC">
      <w:pgSz w:w="12240" w:h="15840"/>
      <w:pgMar w:top="1247" w:right="1041" w:bottom="124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3306854">
    <w:abstractNumId w:val="8"/>
  </w:num>
  <w:num w:numId="2" w16cid:durableId="1390152594">
    <w:abstractNumId w:val="6"/>
  </w:num>
  <w:num w:numId="3" w16cid:durableId="1631009669">
    <w:abstractNumId w:val="5"/>
  </w:num>
  <w:num w:numId="4" w16cid:durableId="280041784">
    <w:abstractNumId w:val="4"/>
  </w:num>
  <w:num w:numId="5" w16cid:durableId="348340874">
    <w:abstractNumId w:val="7"/>
  </w:num>
  <w:num w:numId="6" w16cid:durableId="980961462">
    <w:abstractNumId w:val="3"/>
  </w:num>
  <w:num w:numId="7" w16cid:durableId="969674163">
    <w:abstractNumId w:val="2"/>
  </w:num>
  <w:num w:numId="8" w16cid:durableId="697239672">
    <w:abstractNumId w:val="1"/>
  </w:num>
  <w:num w:numId="9" w16cid:durableId="112257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15966"/>
    <w:rsid w:val="0045205E"/>
    <w:rsid w:val="0064442F"/>
    <w:rsid w:val="009145F6"/>
    <w:rsid w:val="009F60C7"/>
    <w:rsid w:val="00A801FC"/>
    <w:rsid w:val="00AA1D8D"/>
    <w:rsid w:val="00B47730"/>
    <w:rsid w:val="00BA3C01"/>
    <w:rsid w:val="00BF5DB2"/>
    <w:rsid w:val="00CB0664"/>
    <w:rsid w:val="00E04086"/>
    <w:rsid w:val="00F73A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4CC5CF"/>
  <w14:defaultImageDpi w14:val="300"/>
  <w15:docId w15:val="{0268CC9E-2557-402B-8AB6-F77D19C4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APCEFGO Associação</cp:lastModifiedBy>
  <cp:revision>2</cp:revision>
  <dcterms:created xsi:type="dcterms:W3CDTF">2026-09-09T12:28:00Z</dcterms:created>
  <dcterms:modified xsi:type="dcterms:W3CDTF">2026-09-09T12:28:00Z</dcterms:modified>
  <cp:category/>
</cp:coreProperties>
</file>